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  <w:sz w:val="36"/>
        </w:rPr>
        <w:t>ARCHIVO DE FOTOS DE LA PASADA FERIA DE LA SALUD DE ELIZABETH, NEW JERSEY</w:t>
      </w:r>
    </w:p>
    <w:p>
      <w:pPr>
        <w:jc w:val="center"/>
      </w:pPr>
      <w:r>
        <w:t>Asociación Hispana de Profesionales de la Salud, Inc. - AHPSI</w:t>
      </w:r>
    </w:p>
    <w:p>
      <w:pPr>
        <w:jc w:val="center"/>
      </w:pPr>
      <w:r>
        <w:t>Colección consolidada de fotografías y recursos audiovisuales del evento</w:t>
      </w:r>
    </w:p>
    <w:p>
      <w:pPr>
        <w:spacing w:after="160"/>
      </w:pPr>
      <w:r>
        <w:rPr>
          <w:b/>
        </w:rPr>
        <w:t xml:space="preserve">Instrucciones: </w:t>
      </w:r>
      <w:r>
        <w:t>Haga clic en cada recurso para abrirlo. Para garantizar el acceso de los miembros, cada archivo de Google Drive debe estar configurado como “Cualquier persona con el enlace” o compartido específicamente con las cuentas autorizadas.</w:t>
      </w:r>
    </w:p>
    <w:p>
      <w:pPr>
        <w:spacing w:after="40"/>
        <w:ind w:left="216" w:hanging="216"/>
      </w:pPr>
      <w:r>
        <w:rPr>
          <w:b/>
        </w:rPr>
        <w:t xml:space="preserve">1. </w:t>
      </w:r>
      <w:hyperlink r:id="rId9">
        <w:r>
          <w:rPr>
            <w:color w:val="0563C1"/>
            <w:u w:val="single"/>
          </w:rPr>
          <w:t>Abrir recurso 01</w:t>
        </w:r>
      </w:hyperlink>
    </w:p>
    <w:p>
      <w:pPr>
        <w:spacing w:after="40"/>
        <w:ind w:left="216" w:hanging="216"/>
      </w:pPr>
      <w:r>
        <w:rPr>
          <w:b/>
        </w:rPr>
        <w:t xml:space="preserve">2. </w:t>
      </w:r>
      <w:hyperlink r:id="rId10">
        <w:r>
          <w:rPr>
            <w:color w:val="0563C1"/>
            <w:u w:val="single"/>
          </w:rPr>
          <w:t>Abrir recurso 02</w:t>
        </w:r>
      </w:hyperlink>
    </w:p>
    <w:p>
      <w:pPr>
        <w:spacing w:after="40"/>
        <w:ind w:left="216" w:hanging="216"/>
      </w:pPr>
      <w:r>
        <w:rPr>
          <w:b/>
        </w:rPr>
        <w:t xml:space="preserve">3. </w:t>
      </w:r>
      <w:hyperlink r:id="rId11">
        <w:r>
          <w:rPr>
            <w:color w:val="0563C1"/>
            <w:u w:val="single"/>
          </w:rPr>
          <w:t>Abrir recurso 03</w:t>
        </w:r>
      </w:hyperlink>
    </w:p>
    <w:p>
      <w:pPr>
        <w:spacing w:after="40"/>
        <w:ind w:left="216" w:hanging="216"/>
      </w:pPr>
      <w:r>
        <w:rPr>
          <w:b/>
        </w:rPr>
        <w:t xml:space="preserve">4. </w:t>
      </w:r>
      <w:hyperlink r:id="rId12">
        <w:r>
          <w:rPr>
            <w:color w:val="0563C1"/>
            <w:u w:val="single"/>
          </w:rPr>
          <w:t>Abrir recurso 04</w:t>
        </w:r>
      </w:hyperlink>
    </w:p>
    <w:p>
      <w:pPr>
        <w:spacing w:after="40"/>
        <w:ind w:left="216" w:hanging="216"/>
      </w:pPr>
      <w:r>
        <w:rPr>
          <w:b/>
        </w:rPr>
        <w:t xml:space="preserve">5. </w:t>
      </w:r>
      <w:hyperlink r:id="rId13">
        <w:r>
          <w:rPr>
            <w:color w:val="0563C1"/>
            <w:u w:val="single"/>
          </w:rPr>
          <w:t>Abrir recurso 05</w:t>
        </w:r>
      </w:hyperlink>
    </w:p>
    <w:p>
      <w:pPr>
        <w:spacing w:after="40"/>
        <w:ind w:left="216" w:hanging="216"/>
      </w:pPr>
      <w:r>
        <w:rPr>
          <w:b/>
        </w:rPr>
        <w:t xml:space="preserve">6. </w:t>
      </w:r>
      <w:hyperlink r:id="rId14">
        <w:r>
          <w:rPr>
            <w:color w:val="0563C1"/>
            <w:u w:val="single"/>
          </w:rPr>
          <w:t>Abrir recurso 06</w:t>
        </w:r>
      </w:hyperlink>
    </w:p>
    <w:p>
      <w:pPr>
        <w:spacing w:after="40"/>
        <w:ind w:left="216" w:hanging="216"/>
      </w:pPr>
      <w:r>
        <w:rPr>
          <w:b/>
        </w:rPr>
        <w:t xml:space="preserve">7. </w:t>
      </w:r>
      <w:hyperlink r:id="rId15">
        <w:r>
          <w:rPr>
            <w:color w:val="0563C1"/>
            <w:u w:val="single"/>
          </w:rPr>
          <w:t>Abrir recurso 07</w:t>
        </w:r>
      </w:hyperlink>
    </w:p>
    <w:p>
      <w:pPr>
        <w:spacing w:after="40"/>
        <w:ind w:left="216" w:hanging="216"/>
      </w:pPr>
      <w:r>
        <w:rPr>
          <w:b/>
        </w:rPr>
        <w:t xml:space="preserve">8. </w:t>
      </w:r>
      <w:hyperlink r:id="rId16">
        <w:r>
          <w:rPr>
            <w:color w:val="0563C1"/>
            <w:u w:val="single"/>
          </w:rPr>
          <w:t>Abrir recurso 08</w:t>
        </w:r>
      </w:hyperlink>
    </w:p>
    <w:p>
      <w:pPr>
        <w:spacing w:after="40"/>
        <w:ind w:left="216" w:hanging="216"/>
      </w:pPr>
      <w:r>
        <w:rPr>
          <w:b/>
        </w:rPr>
        <w:t xml:space="preserve">9. </w:t>
      </w:r>
      <w:hyperlink r:id="rId17">
        <w:r>
          <w:rPr>
            <w:color w:val="0563C1"/>
            <w:u w:val="single"/>
          </w:rPr>
          <w:t>Abrir recurso 09</w:t>
        </w:r>
      </w:hyperlink>
    </w:p>
    <w:p>
      <w:pPr>
        <w:spacing w:after="40"/>
        <w:ind w:left="216" w:hanging="216"/>
      </w:pPr>
      <w:r>
        <w:rPr>
          <w:b/>
        </w:rPr>
        <w:t xml:space="preserve">10. </w:t>
      </w:r>
      <w:hyperlink r:id="rId18">
        <w:r>
          <w:rPr>
            <w:color w:val="0563C1"/>
            <w:u w:val="single"/>
          </w:rPr>
          <w:t>Abrir recurso 10</w:t>
        </w:r>
      </w:hyperlink>
    </w:p>
    <w:p>
      <w:pPr>
        <w:spacing w:after="40"/>
        <w:ind w:left="216" w:hanging="216"/>
      </w:pPr>
      <w:r>
        <w:rPr>
          <w:b/>
        </w:rPr>
        <w:t xml:space="preserve">11. </w:t>
      </w:r>
      <w:hyperlink r:id="rId19">
        <w:r>
          <w:rPr>
            <w:color w:val="0563C1"/>
            <w:u w:val="single"/>
          </w:rPr>
          <w:t>Abrir recurso 11</w:t>
        </w:r>
      </w:hyperlink>
    </w:p>
    <w:p>
      <w:pPr>
        <w:spacing w:after="40"/>
        <w:ind w:left="216" w:hanging="216"/>
      </w:pPr>
      <w:r>
        <w:rPr>
          <w:b/>
        </w:rPr>
        <w:t xml:space="preserve">12. </w:t>
      </w:r>
      <w:hyperlink r:id="rId20">
        <w:r>
          <w:rPr>
            <w:color w:val="0563C1"/>
            <w:u w:val="single"/>
          </w:rPr>
          <w:t>Abrir recurso 12</w:t>
        </w:r>
      </w:hyperlink>
    </w:p>
    <w:p>
      <w:pPr>
        <w:spacing w:after="40"/>
        <w:ind w:left="216" w:hanging="216"/>
      </w:pPr>
      <w:r>
        <w:rPr>
          <w:b/>
        </w:rPr>
        <w:t xml:space="preserve">13. </w:t>
      </w:r>
      <w:hyperlink r:id="rId21">
        <w:r>
          <w:rPr>
            <w:color w:val="0563C1"/>
            <w:u w:val="single"/>
          </w:rPr>
          <w:t>Abrir recurso 13</w:t>
        </w:r>
      </w:hyperlink>
    </w:p>
    <w:p>
      <w:pPr>
        <w:spacing w:after="40"/>
        <w:ind w:left="216" w:hanging="216"/>
      </w:pPr>
      <w:r>
        <w:rPr>
          <w:b/>
        </w:rPr>
        <w:t xml:space="preserve">14. </w:t>
      </w:r>
      <w:hyperlink r:id="rId22">
        <w:r>
          <w:rPr>
            <w:color w:val="0563C1"/>
            <w:u w:val="single"/>
          </w:rPr>
          <w:t>Abrir recurso 14</w:t>
        </w:r>
      </w:hyperlink>
    </w:p>
    <w:p>
      <w:pPr>
        <w:spacing w:after="40"/>
        <w:ind w:left="216" w:hanging="216"/>
      </w:pPr>
      <w:r>
        <w:rPr>
          <w:b/>
        </w:rPr>
        <w:t xml:space="preserve">15. </w:t>
      </w:r>
      <w:hyperlink r:id="rId23">
        <w:r>
          <w:rPr>
            <w:color w:val="0563C1"/>
            <w:u w:val="single"/>
          </w:rPr>
          <w:t>Abrir recurso 15</w:t>
        </w:r>
      </w:hyperlink>
    </w:p>
    <w:p>
      <w:pPr>
        <w:spacing w:after="40"/>
        <w:ind w:left="216" w:hanging="216"/>
      </w:pPr>
      <w:r>
        <w:rPr>
          <w:b/>
        </w:rPr>
        <w:t xml:space="preserve">16. </w:t>
      </w:r>
      <w:hyperlink r:id="rId24">
        <w:r>
          <w:rPr>
            <w:color w:val="0563C1"/>
            <w:u w:val="single"/>
          </w:rPr>
          <w:t>Abrir recurso 16</w:t>
        </w:r>
      </w:hyperlink>
    </w:p>
    <w:p>
      <w:pPr>
        <w:spacing w:after="40"/>
        <w:ind w:left="216" w:hanging="216"/>
      </w:pPr>
      <w:r>
        <w:rPr>
          <w:b/>
        </w:rPr>
        <w:t xml:space="preserve">17. </w:t>
      </w:r>
      <w:hyperlink r:id="rId25">
        <w:r>
          <w:rPr>
            <w:color w:val="0563C1"/>
            <w:u w:val="single"/>
          </w:rPr>
          <w:t>Abrir recurso 17</w:t>
        </w:r>
      </w:hyperlink>
    </w:p>
    <w:p>
      <w:pPr>
        <w:spacing w:after="40"/>
        <w:ind w:left="216" w:hanging="216"/>
      </w:pPr>
      <w:r>
        <w:rPr>
          <w:b/>
        </w:rPr>
        <w:t xml:space="preserve">18. </w:t>
      </w:r>
      <w:hyperlink r:id="rId26">
        <w:r>
          <w:rPr>
            <w:color w:val="0563C1"/>
            <w:u w:val="single"/>
          </w:rPr>
          <w:t>Abrir recurso 18</w:t>
        </w:r>
      </w:hyperlink>
    </w:p>
    <w:p>
      <w:pPr>
        <w:spacing w:after="40"/>
        <w:ind w:left="216" w:hanging="216"/>
      </w:pPr>
      <w:r>
        <w:rPr>
          <w:b/>
        </w:rPr>
        <w:t xml:space="preserve">19. </w:t>
      </w:r>
      <w:hyperlink r:id="rId27">
        <w:r>
          <w:rPr>
            <w:color w:val="0563C1"/>
            <w:u w:val="single"/>
          </w:rPr>
          <w:t>Abrir recurso 19</w:t>
        </w:r>
      </w:hyperlink>
    </w:p>
    <w:p>
      <w:pPr>
        <w:spacing w:after="40"/>
        <w:ind w:left="216" w:hanging="216"/>
      </w:pPr>
      <w:r>
        <w:rPr>
          <w:b/>
        </w:rPr>
        <w:t xml:space="preserve">20. </w:t>
      </w:r>
      <w:hyperlink r:id="rId28">
        <w:r>
          <w:rPr>
            <w:color w:val="0563C1"/>
            <w:u w:val="single"/>
          </w:rPr>
          <w:t>Abrir recurso 20</w:t>
        </w:r>
      </w:hyperlink>
    </w:p>
    <w:p>
      <w:pPr>
        <w:spacing w:after="40"/>
        <w:ind w:left="216" w:hanging="216"/>
      </w:pPr>
      <w:r>
        <w:rPr>
          <w:b/>
        </w:rPr>
        <w:t xml:space="preserve">21. </w:t>
      </w:r>
      <w:hyperlink r:id="rId29">
        <w:r>
          <w:rPr>
            <w:color w:val="0563C1"/>
            <w:u w:val="single"/>
          </w:rPr>
          <w:t>Abrir recurso 21</w:t>
        </w:r>
      </w:hyperlink>
    </w:p>
    <w:p>
      <w:pPr>
        <w:spacing w:after="40"/>
        <w:ind w:left="216" w:hanging="216"/>
      </w:pPr>
      <w:r>
        <w:rPr>
          <w:b/>
        </w:rPr>
        <w:t xml:space="preserve">22. </w:t>
      </w:r>
      <w:hyperlink r:id="rId30">
        <w:r>
          <w:rPr>
            <w:color w:val="0563C1"/>
            <w:u w:val="single"/>
          </w:rPr>
          <w:t>Abrir recurso 22</w:t>
        </w:r>
      </w:hyperlink>
    </w:p>
    <w:p>
      <w:pPr>
        <w:spacing w:after="40"/>
        <w:ind w:left="216" w:hanging="216"/>
      </w:pPr>
      <w:r>
        <w:rPr>
          <w:b/>
        </w:rPr>
        <w:t xml:space="preserve">23. </w:t>
      </w:r>
      <w:hyperlink r:id="rId31">
        <w:r>
          <w:rPr>
            <w:color w:val="0563C1"/>
            <w:u w:val="single"/>
          </w:rPr>
          <w:t>Abrir recurso 23</w:t>
        </w:r>
      </w:hyperlink>
    </w:p>
    <w:p>
      <w:pPr>
        <w:spacing w:after="40"/>
        <w:ind w:left="216" w:hanging="216"/>
      </w:pPr>
      <w:r>
        <w:rPr>
          <w:b/>
        </w:rPr>
        <w:t xml:space="preserve">24. </w:t>
      </w:r>
      <w:hyperlink r:id="rId32">
        <w:r>
          <w:rPr>
            <w:color w:val="0563C1"/>
            <w:u w:val="single"/>
          </w:rPr>
          <w:t>Abrir recurso 24</w:t>
        </w:r>
      </w:hyperlink>
    </w:p>
    <w:p>
      <w:pPr>
        <w:spacing w:after="40"/>
        <w:ind w:left="216" w:hanging="216"/>
      </w:pPr>
      <w:r>
        <w:rPr>
          <w:b/>
        </w:rPr>
        <w:t xml:space="preserve">25. </w:t>
      </w:r>
      <w:hyperlink r:id="rId33">
        <w:r>
          <w:rPr>
            <w:color w:val="0563C1"/>
            <w:u w:val="single"/>
          </w:rPr>
          <w:t>Abrir recurso 25</w:t>
        </w:r>
      </w:hyperlink>
    </w:p>
    <w:p>
      <w:pPr>
        <w:spacing w:after="40"/>
        <w:ind w:left="216" w:hanging="216"/>
      </w:pPr>
      <w:r>
        <w:rPr>
          <w:b/>
        </w:rPr>
        <w:t xml:space="preserve">26. </w:t>
      </w:r>
      <w:hyperlink r:id="rId34">
        <w:r>
          <w:rPr>
            <w:color w:val="0563C1"/>
            <w:u w:val="single"/>
          </w:rPr>
          <w:t>Abrir recurso 26</w:t>
        </w:r>
      </w:hyperlink>
    </w:p>
    <w:p>
      <w:pPr>
        <w:spacing w:after="40"/>
        <w:ind w:left="216" w:hanging="216"/>
      </w:pPr>
      <w:r>
        <w:rPr>
          <w:b/>
        </w:rPr>
        <w:t xml:space="preserve">27. </w:t>
      </w:r>
      <w:hyperlink r:id="rId35">
        <w:r>
          <w:rPr>
            <w:color w:val="0563C1"/>
            <w:u w:val="single"/>
          </w:rPr>
          <w:t>Abrir recurso 27</w:t>
        </w:r>
      </w:hyperlink>
    </w:p>
    <w:p>
      <w:pPr>
        <w:spacing w:after="40"/>
        <w:ind w:left="216" w:hanging="216"/>
      </w:pPr>
      <w:r>
        <w:rPr>
          <w:b/>
        </w:rPr>
        <w:t xml:space="preserve">28. </w:t>
      </w:r>
      <w:hyperlink r:id="rId36">
        <w:r>
          <w:rPr>
            <w:color w:val="0563C1"/>
            <w:u w:val="single"/>
          </w:rPr>
          <w:t>Abrir recurso 28</w:t>
        </w:r>
      </w:hyperlink>
    </w:p>
    <w:p>
      <w:pPr>
        <w:spacing w:after="40"/>
        <w:ind w:left="216" w:hanging="216"/>
      </w:pPr>
      <w:r>
        <w:rPr>
          <w:b/>
        </w:rPr>
        <w:t xml:space="preserve">29. </w:t>
      </w:r>
      <w:hyperlink r:id="rId37">
        <w:r>
          <w:rPr>
            <w:color w:val="0563C1"/>
            <w:u w:val="single"/>
          </w:rPr>
          <w:t>Abrir recurso 29</w:t>
        </w:r>
      </w:hyperlink>
    </w:p>
    <w:p>
      <w:pPr>
        <w:spacing w:after="40"/>
        <w:ind w:left="216" w:hanging="216"/>
      </w:pPr>
      <w:r>
        <w:rPr>
          <w:b/>
        </w:rPr>
        <w:t xml:space="preserve">30. </w:t>
      </w:r>
      <w:hyperlink r:id="rId38">
        <w:r>
          <w:rPr>
            <w:color w:val="0563C1"/>
            <w:u w:val="single"/>
          </w:rPr>
          <w:t>Abrir recurso 30</w:t>
        </w:r>
      </w:hyperlink>
    </w:p>
    <w:p>
      <w:pPr>
        <w:spacing w:after="40"/>
        <w:ind w:left="216" w:hanging="216"/>
      </w:pPr>
      <w:r>
        <w:rPr>
          <w:b/>
        </w:rPr>
        <w:t xml:space="preserve">31. </w:t>
      </w:r>
      <w:hyperlink r:id="rId39">
        <w:r>
          <w:rPr>
            <w:color w:val="0563C1"/>
            <w:u w:val="single"/>
          </w:rPr>
          <w:t>Abrir recurso 31</w:t>
        </w:r>
      </w:hyperlink>
    </w:p>
    <w:p>
      <w:pPr>
        <w:spacing w:after="40"/>
        <w:ind w:left="216" w:hanging="216"/>
      </w:pPr>
      <w:r>
        <w:rPr>
          <w:b/>
        </w:rPr>
        <w:t xml:space="preserve">32. </w:t>
      </w:r>
      <w:hyperlink r:id="rId40">
        <w:r>
          <w:rPr>
            <w:color w:val="0563C1"/>
            <w:u w:val="single"/>
          </w:rPr>
          <w:t>Abrir recurso 32</w:t>
        </w:r>
      </w:hyperlink>
    </w:p>
    <w:p>
      <w:pPr>
        <w:spacing w:after="40"/>
        <w:ind w:left="216" w:hanging="216"/>
      </w:pPr>
      <w:r>
        <w:rPr>
          <w:b/>
        </w:rPr>
        <w:t xml:space="preserve">33. </w:t>
      </w:r>
      <w:hyperlink r:id="rId41">
        <w:r>
          <w:rPr>
            <w:color w:val="0563C1"/>
            <w:u w:val="single"/>
          </w:rPr>
          <w:t>Abrir recurso 33</w:t>
        </w:r>
      </w:hyperlink>
    </w:p>
    <w:p>
      <w:pPr>
        <w:spacing w:after="40"/>
        <w:ind w:left="216" w:hanging="216"/>
      </w:pPr>
      <w:r>
        <w:rPr>
          <w:b/>
        </w:rPr>
        <w:t xml:space="preserve">34. </w:t>
      </w:r>
      <w:hyperlink r:id="rId42">
        <w:r>
          <w:rPr>
            <w:color w:val="0563C1"/>
            <w:u w:val="single"/>
          </w:rPr>
          <w:t>Abrir recurso 34</w:t>
        </w:r>
      </w:hyperlink>
    </w:p>
    <w:p>
      <w:pPr>
        <w:spacing w:after="40"/>
        <w:ind w:left="216" w:hanging="216"/>
      </w:pPr>
      <w:r>
        <w:rPr>
          <w:b/>
        </w:rPr>
        <w:t xml:space="preserve">35. </w:t>
      </w:r>
      <w:hyperlink r:id="rId43">
        <w:r>
          <w:rPr>
            <w:color w:val="0563C1"/>
            <w:u w:val="single"/>
          </w:rPr>
          <w:t>Abrir recurso 35</w:t>
        </w:r>
      </w:hyperlink>
    </w:p>
    <w:p>
      <w:pPr>
        <w:spacing w:after="40"/>
        <w:ind w:left="216" w:hanging="216"/>
      </w:pPr>
      <w:r>
        <w:rPr>
          <w:b/>
        </w:rPr>
        <w:t xml:space="preserve">36. </w:t>
      </w:r>
      <w:hyperlink r:id="rId44">
        <w:r>
          <w:rPr>
            <w:color w:val="0563C1"/>
            <w:u w:val="single"/>
          </w:rPr>
          <w:t>Abrir recurso 36</w:t>
        </w:r>
      </w:hyperlink>
    </w:p>
    <w:p>
      <w:pPr>
        <w:spacing w:after="40"/>
        <w:ind w:left="216" w:hanging="216"/>
      </w:pPr>
      <w:r>
        <w:rPr>
          <w:b/>
        </w:rPr>
        <w:t xml:space="preserve">37. </w:t>
      </w:r>
      <w:hyperlink r:id="rId45">
        <w:r>
          <w:rPr>
            <w:color w:val="0563C1"/>
            <w:u w:val="single"/>
          </w:rPr>
          <w:t>Abrir recurso 37</w:t>
        </w:r>
      </w:hyperlink>
    </w:p>
    <w:p>
      <w:pPr>
        <w:spacing w:after="40"/>
        <w:ind w:left="216" w:hanging="216"/>
      </w:pPr>
      <w:r>
        <w:rPr>
          <w:b/>
        </w:rPr>
        <w:t xml:space="preserve">38. </w:t>
      </w:r>
      <w:hyperlink r:id="rId46">
        <w:r>
          <w:rPr>
            <w:color w:val="0563C1"/>
            <w:u w:val="single"/>
          </w:rPr>
          <w:t>Abrir recurso 38</w:t>
        </w:r>
      </w:hyperlink>
    </w:p>
    <w:p>
      <w:pPr>
        <w:spacing w:after="40"/>
        <w:ind w:left="216" w:hanging="216"/>
      </w:pPr>
      <w:r>
        <w:rPr>
          <w:b/>
        </w:rPr>
        <w:t xml:space="preserve">39. </w:t>
      </w:r>
      <w:hyperlink r:id="rId47">
        <w:r>
          <w:rPr>
            <w:color w:val="0563C1"/>
            <w:u w:val="single"/>
          </w:rPr>
          <w:t>Abrir recurso 39</w:t>
        </w:r>
      </w:hyperlink>
    </w:p>
    <w:p>
      <w:pPr>
        <w:spacing w:after="40"/>
        <w:ind w:left="216" w:hanging="216"/>
      </w:pPr>
      <w:r>
        <w:rPr>
          <w:b/>
        </w:rPr>
        <w:t xml:space="preserve">40. </w:t>
      </w:r>
      <w:hyperlink r:id="rId48">
        <w:r>
          <w:rPr>
            <w:color w:val="0563C1"/>
            <w:u w:val="single"/>
          </w:rPr>
          <w:t>Abrir recurso 40</w:t>
        </w:r>
      </w:hyperlink>
    </w:p>
    <w:p>
      <w:pPr>
        <w:spacing w:after="40"/>
        <w:ind w:left="216" w:hanging="216"/>
      </w:pPr>
      <w:r>
        <w:rPr>
          <w:b/>
        </w:rPr>
        <w:t xml:space="preserve">41. </w:t>
      </w:r>
      <w:hyperlink r:id="rId49">
        <w:r>
          <w:rPr>
            <w:color w:val="0563C1"/>
            <w:u w:val="single"/>
          </w:rPr>
          <w:t>Abrir recurso 41</w:t>
        </w:r>
      </w:hyperlink>
    </w:p>
    <w:p>
      <w:pPr>
        <w:spacing w:after="40"/>
        <w:ind w:left="216" w:hanging="216"/>
      </w:pPr>
      <w:r>
        <w:rPr>
          <w:b/>
        </w:rPr>
        <w:t xml:space="preserve">42. </w:t>
      </w:r>
      <w:hyperlink r:id="rId50">
        <w:r>
          <w:rPr>
            <w:color w:val="0563C1"/>
            <w:u w:val="single"/>
          </w:rPr>
          <w:t>Abrir recurso 42</w:t>
        </w:r>
      </w:hyperlink>
    </w:p>
    <w:p>
      <w:pPr>
        <w:spacing w:after="40"/>
        <w:ind w:left="216" w:hanging="216"/>
      </w:pPr>
      <w:r>
        <w:rPr>
          <w:b/>
        </w:rPr>
        <w:t xml:space="preserve">43. </w:t>
      </w:r>
      <w:hyperlink r:id="rId51">
        <w:r>
          <w:rPr>
            <w:color w:val="0563C1"/>
            <w:u w:val="single"/>
          </w:rPr>
          <w:t>Abrir recurso 43</w:t>
        </w:r>
      </w:hyperlink>
    </w:p>
    <w:p>
      <w:pPr>
        <w:spacing w:after="40"/>
        <w:ind w:left="216" w:hanging="216"/>
      </w:pPr>
      <w:r>
        <w:rPr>
          <w:b/>
        </w:rPr>
        <w:t xml:space="preserve">44. </w:t>
      </w:r>
      <w:hyperlink r:id="rId52">
        <w:r>
          <w:rPr>
            <w:color w:val="0563C1"/>
            <w:u w:val="single"/>
          </w:rPr>
          <w:t>Abrir recurso 44</w:t>
        </w:r>
      </w:hyperlink>
    </w:p>
    <w:p>
      <w:pPr>
        <w:spacing w:after="40"/>
        <w:ind w:left="216" w:hanging="216"/>
      </w:pPr>
      <w:r>
        <w:rPr>
          <w:b/>
        </w:rPr>
        <w:t xml:space="preserve">45. </w:t>
      </w:r>
      <w:hyperlink r:id="rId53">
        <w:r>
          <w:rPr>
            <w:color w:val="0563C1"/>
            <w:u w:val="single"/>
          </w:rPr>
          <w:t>Abrir recurso 45</w:t>
        </w:r>
      </w:hyperlink>
    </w:p>
    <w:p>
      <w:pPr>
        <w:spacing w:after="40"/>
        <w:ind w:left="216" w:hanging="216"/>
      </w:pPr>
      <w:r>
        <w:rPr>
          <w:b/>
        </w:rPr>
        <w:t xml:space="preserve">46. </w:t>
      </w:r>
      <w:hyperlink r:id="rId54">
        <w:r>
          <w:rPr>
            <w:color w:val="0563C1"/>
            <w:u w:val="single"/>
          </w:rPr>
          <w:t>Abrir recurso 46</w:t>
        </w:r>
      </w:hyperlink>
    </w:p>
    <w:p>
      <w:pPr>
        <w:spacing w:after="40"/>
        <w:ind w:left="216" w:hanging="216"/>
      </w:pPr>
      <w:r>
        <w:rPr>
          <w:b/>
        </w:rPr>
        <w:t xml:space="preserve">47. </w:t>
      </w:r>
      <w:hyperlink r:id="rId55">
        <w:r>
          <w:rPr>
            <w:color w:val="0563C1"/>
            <w:u w:val="single"/>
          </w:rPr>
          <w:t>Abrir recurso 47</w:t>
        </w:r>
      </w:hyperlink>
    </w:p>
    <w:p>
      <w:pPr>
        <w:spacing w:after="40"/>
        <w:ind w:left="216" w:hanging="216"/>
      </w:pPr>
      <w:r>
        <w:rPr>
          <w:b/>
        </w:rPr>
        <w:t xml:space="preserve">48. </w:t>
      </w:r>
      <w:hyperlink r:id="rId56">
        <w:r>
          <w:rPr>
            <w:color w:val="0563C1"/>
            <w:u w:val="single"/>
          </w:rPr>
          <w:t>Abrir recurso 48</w:t>
        </w:r>
      </w:hyperlink>
    </w:p>
    <w:p>
      <w:pPr>
        <w:spacing w:after="40"/>
        <w:ind w:left="216" w:hanging="216"/>
      </w:pPr>
      <w:r>
        <w:rPr>
          <w:b/>
        </w:rPr>
        <w:t xml:space="preserve">49. </w:t>
      </w:r>
      <w:hyperlink r:id="rId57">
        <w:r>
          <w:rPr>
            <w:color w:val="0563C1"/>
            <w:u w:val="single"/>
          </w:rPr>
          <w:t>Abrir recurso 49</w:t>
        </w:r>
      </w:hyperlink>
    </w:p>
    <w:p>
      <w:pPr>
        <w:spacing w:after="40"/>
        <w:ind w:left="216" w:hanging="216"/>
      </w:pPr>
      <w:r>
        <w:rPr>
          <w:b/>
        </w:rPr>
        <w:t xml:space="preserve">50. </w:t>
      </w:r>
      <w:hyperlink r:id="rId58">
        <w:r>
          <w:rPr>
            <w:color w:val="0563C1"/>
            <w:u w:val="single"/>
          </w:rPr>
          <w:t>Abrir recurso 50</w:t>
        </w:r>
      </w:hyperlink>
    </w:p>
    <w:p>
      <w:pPr>
        <w:spacing w:after="40"/>
        <w:ind w:left="216" w:hanging="216"/>
      </w:pPr>
      <w:r>
        <w:rPr>
          <w:b/>
        </w:rPr>
        <w:t xml:space="preserve">51. </w:t>
      </w:r>
      <w:hyperlink r:id="rId59">
        <w:r>
          <w:rPr>
            <w:color w:val="0563C1"/>
            <w:u w:val="single"/>
          </w:rPr>
          <w:t>Abrir recurso 51</w:t>
        </w:r>
      </w:hyperlink>
    </w:p>
    <w:p>
      <w:pPr>
        <w:spacing w:after="40"/>
        <w:ind w:left="216" w:hanging="216"/>
      </w:pPr>
      <w:r>
        <w:rPr>
          <w:b/>
        </w:rPr>
        <w:t xml:space="preserve">52. </w:t>
      </w:r>
      <w:hyperlink r:id="rId60">
        <w:r>
          <w:rPr>
            <w:color w:val="0563C1"/>
            <w:u w:val="single"/>
          </w:rPr>
          <w:t>Abrir recurso 52</w:t>
        </w:r>
      </w:hyperlink>
    </w:p>
    <w:p>
      <w:pPr>
        <w:spacing w:after="40"/>
        <w:ind w:left="216" w:hanging="216"/>
      </w:pPr>
      <w:r>
        <w:rPr>
          <w:b/>
        </w:rPr>
        <w:t xml:space="preserve">53. </w:t>
      </w:r>
      <w:hyperlink r:id="rId61">
        <w:r>
          <w:rPr>
            <w:color w:val="0563C1"/>
            <w:u w:val="single"/>
          </w:rPr>
          <w:t>Abrir recurso 53</w:t>
        </w:r>
      </w:hyperlink>
    </w:p>
    <w:p>
      <w:pPr>
        <w:spacing w:after="40"/>
        <w:ind w:left="216" w:hanging="216"/>
      </w:pPr>
      <w:r>
        <w:rPr>
          <w:b/>
        </w:rPr>
        <w:t xml:space="preserve">54. </w:t>
      </w:r>
      <w:hyperlink r:id="rId62">
        <w:r>
          <w:rPr>
            <w:color w:val="0563C1"/>
            <w:u w:val="single"/>
          </w:rPr>
          <w:t>Abrir recurso 54</w:t>
        </w:r>
      </w:hyperlink>
    </w:p>
    <w:p>
      <w:pPr>
        <w:spacing w:after="40"/>
        <w:ind w:left="216" w:hanging="216"/>
      </w:pPr>
      <w:r>
        <w:rPr>
          <w:b/>
        </w:rPr>
        <w:t xml:space="preserve">55. </w:t>
      </w:r>
      <w:hyperlink r:id="rId63">
        <w:r>
          <w:rPr>
            <w:color w:val="0563C1"/>
            <w:u w:val="single"/>
          </w:rPr>
          <w:t>Abrir recurso 55</w:t>
        </w:r>
      </w:hyperlink>
    </w:p>
    <w:p>
      <w:pPr>
        <w:spacing w:after="40"/>
        <w:ind w:left="216" w:hanging="216"/>
      </w:pPr>
      <w:r>
        <w:rPr>
          <w:b/>
        </w:rPr>
        <w:t xml:space="preserve">56. </w:t>
      </w:r>
      <w:hyperlink r:id="rId64">
        <w:r>
          <w:rPr>
            <w:color w:val="0563C1"/>
            <w:u w:val="single"/>
          </w:rPr>
          <w:t>Abrir recurso 56</w:t>
        </w:r>
      </w:hyperlink>
    </w:p>
    <w:p>
      <w:pPr>
        <w:spacing w:after="40"/>
        <w:ind w:left="216" w:hanging="216"/>
      </w:pPr>
      <w:r>
        <w:rPr>
          <w:b/>
        </w:rPr>
        <w:t xml:space="preserve">57. </w:t>
      </w:r>
      <w:hyperlink r:id="rId65">
        <w:r>
          <w:rPr>
            <w:color w:val="0563C1"/>
            <w:u w:val="single"/>
          </w:rPr>
          <w:t>Abrir recurso 57</w:t>
        </w:r>
      </w:hyperlink>
    </w:p>
    <w:p>
      <w:pPr>
        <w:spacing w:after="40"/>
        <w:ind w:left="216" w:hanging="216"/>
      </w:pPr>
      <w:r>
        <w:rPr>
          <w:b/>
        </w:rPr>
        <w:t xml:space="preserve">58. </w:t>
      </w:r>
      <w:hyperlink r:id="rId66">
        <w:r>
          <w:rPr>
            <w:color w:val="0563C1"/>
            <w:u w:val="single"/>
          </w:rPr>
          <w:t>Abrir recurso 58</w:t>
        </w:r>
      </w:hyperlink>
    </w:p>
    <w:sectPr w:rsidR="00FC693F" w:rsidRPr="0006063C" w:rsidSect="00034616">
      <w:footerReference w:type="default" r:id="rId67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AHPSI | Archivo de fotos - Feria de la Salud de Elizabeth, New Jersey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rive.google.com/file/d/1-wM1mZvnR7ipnrVb3-FImauktTV_fXB_/view?usp=sharing" TargetMode="External"/><Relationship Id="rId10" Type="http://schemas.openxmlformats.org/officeDocument/2006/relationships/hyperlink" Target="https://drive.google.com/file/d/1WclzCgjBOFR2EnKW7RkpaRRdvHq29CgF/view?usp=sharing" TargetMode="External"/><Relationship Id="rId11" Type="http://schemas.openxmlformats.org/officeDocument/2006/relationships/hyperlink" Target="https://drive.google.com/file/d/11qbrxCaHUT_HOZBGKCv32XrFp8aRzchm/view?usp=sharing" TargetMode="External"/><Relationship Id="rId12" Type="http://schemas.openxmlformats.org/officeDocument/2006/relationships/hyperlink" Target="https://drive.google.com/file/d/1zzFqNnvmjWAXlNi_37tl2Ut6uCorfZlz/view?usp=sharing" TargetMode="External"/><Relationship Id="rId13" Type="http://schemas.openxmlformats.org/officeDocument/2006/relationships/hyperlink" Target="https://drive.google.com/file/d/1xNoeo6ovI7giKeif15PGVDMk5owv_x3D/view?usp=sharing" TargetMode="External"/><Relationship Id="rId14" Type="http://schemas.openxmlformats.org/officeDocument/2006/relationships/hyperlink" Target="https://drive.google.com/file/d/1tQurp9MeRkl-ef7GiYWI0SMpGmvmGGx-/view?usp=sharing" TargetMode="External"/><Relationship Id="rId15" Type="http://schemas.openxmlformats.org/officeDocument/2006/relationships/hyperlink" Target="https://drive.google.com/file/d/1BDd448nBumpqFDD6Xxgk7K7kNE99x-IU/view?usp=sharing" TargetMode="External"/><Relationship Id="rId16" Type="http://schemas.openxmlformats.org/officeDocument/2006/relationships/hyperlink" Target="https://drive.google.com/file/d/1S0AwBwzTGKmMKtmIaLpo_lsclTpgnbfK/view?usp=sharing" TargetMode="External"/><Relationship Id="rId17" Type="http://schemas.openxmlformats.org/officeDocument/2006/relationships/hyperlink" Target="https://drive.google.com/file/d/12iwlYPgyrEmEy9IFkV8uFuM2SvpbQrjG/view?usp=sharing" TargetMode="External"/><Relationship Id="rId18" Type="http://schemas.openxmlformats.org/officeDocument/2006/relationships/hyperlink" Target="https://drive.google.com/file/d/10S_ToVuWNvN6bWvjuqjW-fA7UA7ccPjy/view?usp=sharing" TargetMode="External"/><Relationship Id="rId19" Type="http://schemas.openxmlformats.org/officeDocument/2006/relationships/hyperlink" Target="https://drive.google.com/file/d/1vngL1YvY_-VMs4DBsxKU0vOS7_XXubCQ/view?usp=sharing" TargetMode="External"/><Relationship Id="rId20" Type="http://schemas.openxmlformats.org/officeDocument/2006/relationships/hyperlink" Target="https://drive.google.com/file/d/1KL8LWXWUafkPrOjHuQ5L0wnWrUZYW0Qh/view?usp=sharing" TargetMode="External"/><Relationship Id="rId21" Type="http://schemas.openxmlformats.org/officeDocument/2006/relationships/hyperlink" Target="https://drive.google.com/file/d/1iS4nkAR_LH9thLVQTYVZ20PRPY0hpUFs/view?usp=sharing" TargetMode="External"/><Relationship Id="rId22" Type="http://schemas.openxmlformats.org/officeDocument/2006/relationships/hyperlink" Target="https://drive.google.com/file/d/1KsG35VF9wCm2p6ybzd6mhWXJjEVQpF9p/view?usp=sharing" TargetMode="External"/><Relationship Id="rId23" Type="http://schemas.openxmlformats.org/officeDocument/2006/relationships/hyperlink" Target="https://drive.google.com/file/d/1vihce3tsJSakJSRfmPiwyTzaFGZvkaf_/view?usp=sharing" TargetMode="External"/><Relationship Id="rId24" Type="http://schemas.openxmlformats.org/officeDocument/2006/relationships/hyperlink" Target="https://drive.google.com/file/d/1VITOjjlkOXp6X0YEbp9TAn4JPXlbckdO/view?usp=sharing" TargetMode="External"/><Relationship Id="rId25" Type="http://schemas.openxmlformats.org/officeDocument/2006/relationships/hyperlink" Target="https://drive.google.com/file/d/1HkbQuIb8l03eiBlmCEb7D18_x8yzxTwd/view?usp=sharing" TargetMode="External"/><Relationship Id="rId26" Type="http://schemas.openxmlformats.org/officeDocument/2006/relationships/hyperlink" Target="https://drive.google.com/file/d/1odYhCNCtS64YUsX-8gYPbYoT875r1VZj/view?usp=sharing" TargetMode="External"/><Relationship Id="rId27" Type="http://schemas.openxmlformats.org/officeDocument/2006/relationships/hyperlink" Target="https://drive.google.com/file/d/1BRFSuZUpykv8wfeX_82aVGHsqkLLEzA6/view?usp=sharing" TargetMode="External"/><Relationship Id="rId28" Type="http://schemas.openxmlformats.org/officeDocument/2006/relationships/hyperlink" Target="https://drive.google.com/file/d/1QNc5mVREYFybA_gcit6ukbpHpVbNFGE2/view?usp=sharing" TargetMode="External"/><Relationship Id="rId29" Type="http://schemas.openxmlformats.org/officeDocument/2006/relationships/hyperlink" Target="https://drive.google.com/file/d/1YdDIhjk4glzYdIY3-AlhbwADo523CDKM/view?usp=sharing" TargetMode="External"/><Relationship Id="rId30" Type="http://schemas.openxmlformats.org/officeDocument/2006/relationships/hyperlink" Target="https://drive.google.com/file/d/1Lpcazg4sdNWpmp6pvSPgWb-adxV08_tS/view?usp=sharing" TargetMode="External"/><Relationship Id="rId31" Type="http://schemas.openxmlformats.org/officeDocument/2006/relationships/hyperlink" Target="https://drive.google.com/file/d/1omP66HSYADvnN_1czDQMUhOytsLqe3jI/view?usp=sharing" TargetMode="External"/><Relationship Id="rId32" Type="http://schemas.openxmlformats.org/officeDocument/2006/relationships/hyperlink" Target="https://drive.google.com/file/d/1jtsIz8IBVZ3bhwrLSfNLw48o3IavvnHw/view?usp=sharing" TargetMode="External"/><Relationship Id="rId33" Type="http://schemas.openxmlformats.org/officeDocument/2006/relationships/hyperlink" Target="https://drive.google.com/file/d/1PSZKtdIlYfYOK7vMe5DzKjhR8tA_dRHi/view?usp=sharing" TargetMode="External"/><Relationship Id="rId34" Type="http://schemas.openxmlformats.org/officeDocument/2006/relationships/hyperlink" Target="https://drive.google.com/file/d/1_EgyVLOdW6MtO6Gf7ma_nJ3Fz8yKw_3x/view?usp=sharing" TargetMode="External"/><Relationship Id="rId35" Type="http://schemas.openxmlformats.org/officeDocument/2006/relationships/hyperlink" Target="https://drive.google.com/file/d/1bz3QGL49eDOat-3VtNV6BvCvlGsQQe-2/view?usp=sharing" TargetMode="External"/><Relationship Id="rId36" Type="http://schemas.openxmlformats.org/officeDocument/2006/relationships/hyperlink" Target="https://drive.google.com/file/d/14ubrDH5JkjYjAePxUd76LPMTtW8OvR_J/view?usp=sharing" TargetMode="External"/><Relationship Id="rId37" Type="http://schemas.openxmlformats.org/officeDocument/2006/relationships/hyperlink" Target="https://drive.google.com/file/d/12NoSYPQfe8_e78zdvb5xhJ3Y4YJtKHtw/view?usp=sharing" TargetMode="External"/><Relationship Id="rId38" Type="http://schemas.openxmlformats.org/officeDocument/2006/relationships/hyperlink" Target="https://drive.google.com/file/d/1lxTeH-HQBfaXAxGI399hiMiA0X8hUnVD/view?usp=sharing" TargetMode="External"/><Relationship Id="rId39" Type="http://schemas.openxmlformats.org/officeDocument/2006/relationships/hyperlink" Target="https://drive.google.com/file/d/1c-JwLJj-X3hITcYUb0R0l7FpB8sWA4Tc/view?usp=sharing" TargetMode="External"/><Relationship Id="rId40" Type="http://schemas.openxmlformats.org/officeDocument/2006/relationships/hyperlink" Target="https://drive.google.com/file/d/1giqvMngpsdImIsR3wKaqDZP4KsVmk73X/view?usp=sharing" TargetMode="External"/><Relationship Id="rId41" Type="http://schemas.openxmlformats.org/officeDocument/2006/relationships/hyperlink" Target="https://drive.google.com/file/d/1E5bI9W2EQ4ahG_o4Y2tU9t_KCe3dAQR6/view?usp=sharing" TargetMode="External"/><Relationship Id="rId42" Type="http://schemas.openxmlformats.org/officeDocument/2006/relationships/hyperlink" Target="https://drive.google.com/file/d/1shdTk3Wm8-Z9QaicegKqH8KKRuhsVGm4/view?usp=sharing" TargetMode="External"/><Relationship Id="rId43" Type="http://schemas.openxmlformats.org/officeDocument/2006/relationships/hyperlink" Target="https://drive.google.com/file/d/1b40JZaf9mlhj_UMVmgav7dvHSZccqheh/view?usp=sharing" TargetMode="External"/><Relationship Id="rId44" Type="http://schemas.openxmlformats.org/officeDocument/2006/relationships/hyperlink" Target="https://drive.google.com/file/d/1PTroWzooDNfvzglJZBkwqdYyFgfcQidE/view?usp=sharing" TargetMode="External"/><Relationship Id="rId45" Type="http://schemas.openxmlformats.org/officeDocument/2006/relationships/hyperlink" Target="https://drive.google.com/file/d/1Krn2ztAxoxbYFwyirg8myrIw5lgj8SVI/view?usp=sharing" TargetMode="External"/><Relationship Id="rId46" Type="http://schemas.openxmlformats.org/officeDocument/2006/relationships/hyperlink" Target="https://drive.google.com/file/d/1InwT0OACiZoD6LEQ7sZwefkWudkzfyUM/view?usp=sharing" TargetMode="External"/><Relationship Id="rId47" Type="http://schemas.openxmlformats.org/officeDocument/2006/relationships/hyperlink" Target="https://drive.google.com/file/d/1mywUcpZVdSDmRG721wVG2YRe5OlFCPFG/view?usp=sharing" TargetMode="External"/><Relationship Id="rId48" Type="http://schemas.openxmlformats.org/officeDocument/2006/relationships/hyperlink" Target="https://drive.google.com/file/d/1a3PNxVUgMRo35_akpMyHOxkB2jTLhDUL/view?usp=sharing" TargetMode="External"/><Relationship Id="rId49" Type="http://schemas.openxmlformats.org/officeDocument/2006/relationships/hyperlink" Target="https://drive.google.com/file/d/1tRsaGevhVUvO9pxwwYE8tsyW-9FZmCiW/view?usp=sharing" TargetMode="External"/><Relationship Id="rId50" Type="http://schemas.openxmlformats.org/officeDocument/2006/relationships/hyperlink" Target="https://drive.google.com/file/d/1i0CkytoZKt2ljpBMMUf_nQU0guD_V709/view?usp=sharing" TargetMode="External"/><Relationship Id="rId51" Type="http://schemas.openxmlformats.org/officeDocument/2006/relationships/hyperlink" Target="https://drive.google.com/file/d/1D_uhmw_CkZTfCrCfAF3r4SnjUZw-iLSd/view?usp=sharing" TargetMode="External"/><Relationship Id="rId52" Type="http://schemas.openxmlformats.org/officeDocument/2006/relationships/hyperlink" Target="https://drive.google.com/file/d/1Hn4vGfHdX8EQoET9WF_LRydQY4xrPTew/view?usp=sharing" TargetMode="External"/><Relationship Id="rId53" Type="http://schemas.openxmlformats.org/officeDocument/2006/relationships/hyperlink" Target="https://drive.google.com/file/d/1co8mNJJ_so3l_yPDIs0LxCquTljqBwKm/view?usp=sharing" TargetMode="External"/><Relationship Id="rId54" Type="http://schemas.openxmlformats.org/officeDocument/2006/relationships/hyperlink" Target="https://drive.google.com/file/d/1YEDcIB4zEQJd8wZUmVsnyj6gF8SAkUPH/view?usp=sharing" TargetMode="External"/><Relationship Id="rId55" Type="http://schemas.openxmlformats.org/officeDocument/2006/relationships/hyperlink" Target="https://drive.google.com/file/d/1btK-yj7bb7Rmk6ge3QJxWzm0hR7J5tMj/view?usp=sharing" TargetMode="External"/><Relationship Id="rId56" Type="http://schemas.openxmlformats.org/officeDocument/2006/relationships/hyperlink" Target="https://drive.google.com/file/d/1L3Q8CcFYRzGRaXi4wjC-gTpQEwSMpSFm/view?usp=sharing" TargetMode="External"/><Relationship Id="rId57" Type="http://schemas.openxmlformats.org/officeDocument/2006/relationships/hyperlink" Target="https://drive.google.com/file/d/149VrCigjXddMIMkCUwlFtNlpcwmTvHCn/view?usp=sharing" TargetMode="External"/><Relationship Id="rId58" Type="http://schemas.openxmlformats.org/officeDocument/2006/relationships/hyperlink" Target="https://drive.google.com/file/d/1Cb_u7fXqtkrQDdl8MC0XFcDjBAwZFDRB/view?usp=sharing" TargetMode="External"/><Relationship Id="rId59" Type="http://schemas.openxmlformats.org/officeDocument/2006/relationships/hyperlink" Target="https://drive.google.com/file/d/1aa8_nrBaRsPQbu-a3lrXjiVVFjtAmhiC/view?usp=sharing" TargetMode="External"/><Relationship Id="rId60" Type="http://schemas.openxmlformats.org/officeDocument/2006/relationships/hyperlink" Target="https://drive.google.com/file/d/1Rw7dQbOKa83x7_hGZgf32IFcL3IWWLue/view?usp=sharing" TargetMode="External"/><Relationship Id="rId61" Type="http://schemas.openxmlformats.org/officeDocument/2006/relationships/hyperlink" Target="https://drive.google.com/file/d/1fgGXZ8zYLOkHcLWQA66w68ExsrLZyxHS/view?usp=sharing" TargetMode="External"/><Relationship Id="rId62" Type="http://schemas.openxmlformats.org/officeDocument/2006/relationships/hyperlink" Target="https://drive.google.com/file/d/1ROt5DozeqiOMHpD9uZzazac4D6vbRcvl/view?usp=sharing" TargetMode="External"/><Relationship Id="rId63" Type="http://schemas.openxmlformats.org/officeDocument/2006/relationships/hyperlink" Target="https://drive.google.com/file/d/1eIJShquWheKUAn2wmlqqBusINPw3IFtS/view?usp=sharing" TargetMode="External"/><Relationship Id="rId64" Type="http://schemas.openxmlformats.org/officeDocument/2006/relationships/hyperlink" Target="https://drive.google.com/file/d/1-7TmihCkMopN4kxAHsdcBdSgNkBIVbG-/view?usp=sharing" TargetMode="External"/><Relationship Id="rId65" Type="http://schemas.openxmlformats.org/officeDocument/2006/relationships/hyperlink" Target="https://drive.google.com/file/d/1rwD8z4D-eerM0pWsDC8XaKzEFufJHr4M/view?usp=sharing" TargetMode="External"/><Relationship Id="rId66" Type="http://schemas.openxmlformats.org/officeDocument/2006/relationships/hyperlink" Target="https://drive.google.com/file/d/1P9DBWtXekua4oTiPpmQDImEFD8Ylw3iD/view?usp=sharing" TargetMode="External"/><Relationship Id="rId6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Archivo de Fotos de la Pasada Feria de la Salud de Elizabeth, New Jersey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